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51C77" w14:textId="77777777" w:rsidR="003B78FE" w:rsidRPr="003A5B95" w:rsidRDefault="00E34A97" w:rsidP="007F1084">
      <w:pPr>
        <w:spacing w:after="80" w:line="283" w:lineRule="auto"/>
        <w:jc w:val="center"/>
        <w:rPr>
          <w:lang w:val="el-GR"/>
        </w:rPr>
      </w:pPr>
      <w:r w:rsidRPr="003A5B95">
        <w:rPr>
          <w:b/>
          <w:sz w:val="40"/>
          <w:lang w:val="el-GR"/>
        </w:rPr>
        <w:t>ΔΕΛΤΙΟ ΤΥΠΟΥ</w:t>
      </w:r>
    </w:p>
    <w:p w14:paraId="0D11CB6A" w14:textId="77777777" w:rsidR="003B78FE" w:rsidRPr="003A5B95" w:rsidRDefault="00E34A97" w:rsidP="007F1084">
      <w:pPr>
        <w:spacing w:after="80" w:line="283" w:lineRule="auto"/>
        <w:jc w:val="center"/>
        <w:rPr>
          <w:lang w:val="el-GR"/>
        </w:rPr>
      </w:pPr>
      <w:r w:rsidRPr="003A5B95">
        <w:rPr>
          <w:b/>
          <w:sz w:val="32"/>
          <w:lang w:val="el-GR"/>
        </w:rPr>
        <w:t>ΜΑΡΓΚΙ – Η ΥΠΟΘΕΣΗ ΚΟΚΚΙΝΕΣ ΤΟΥΛΙΠΕΣ</w:t>
      </w:r>
    </w:p>
    <w:p w14:paraId="74421C17" w14:textId="77777777" w:rsidR="007F1084" w:rsidRDefault="00E34A97" w:rsidP="007F1084">
      <w:pPr>
        <w:spacing w:after="140" w:line="283" w:lineRule="auto"/>
        <w:jc w:val="center"/>
        <w:rPr>
          <w:b/>
          <w:color w:val="990018"/>
          <w:sz w:val="24"/>
          <w:lang w:val="el-GR"/>
        </w:rPr>
      </w:pPr>
      <w:r w:rsidRPr="003A5B95">
        <w:rPr>
          <w:b/>
          <w:color w:val="990018"/>
          <w:sz w:val="24"/>
          <w:lang w:val="el-GR"/>
        </w:rPr>
        <w:t xml:space="preserve">Το βραβευμένο ψυχολογικό δράμα μυστηρίου της </w:t>
      </w:r>
      <w:proofErr w:type="spellStart"/>
      <w:r w:rsidRPr="003A5B95">
        <w:rPr>
          <w:b/>
          <w:color w:val="990018"/>
          <w:sz w:val="24"/>
          <w:lang w:val="el-GR"/>
        </w:rPr>
        <w:t>Σταύρης</w:t>
      </w:r>
      <w:proofErr w:type="spellEnd"/>
      <w:r w:rsidRPr="003A5B95">
        <w:rPr>
          <w:b/>
          <w:color w:val="990018"/>
          <w:sz w:val="24"/>
          <w:lang w:val="el-GR"/>
        </w:rPr>
        <w:t xml:space="preserve"> </w:t>
      </w:r>
      <w:proofErr w:type="spellStart"/>
      <w:r w:rsidRPr="003A5B95">
        <w:rPr>
          <w:b/>
          <w:color w:val="990018"/>
          <w:sz w:val="24"/>
          <w:lang w:val="el-GR"/>
        </w:rPr>
        <w:t>Ντουμάζιου</w:t>
      </w:r>
      <w:proofErr w:type="spellEnd"/>
      <w:r w:rsidRPr="003A5B95">
        <w:rPr>
          <w:b/>
          <w:color w:val="990018"/>
          <w:sz w:val="24"/>
          <w:lang w:val="el-GR"/>
        </w:rPr>
        <w:t xml:space="preserve"> </w:t>
      </w:r>
    </w:p>
    <w:p w14:paraId="7EB54E3D" w14:textId="1FCC1B5A" w:rsidR="003B78FE" w:rsidRPr="003A5B95" w:rsidRDefault="00E34A97" w:rsidP="007F1084">
      <w:pPr>
        <w:spacing w:after="140" w:line="283" w:lineRule="auto"/>
        <w:jc w:val="center"/>
        <w:rPr>
          <w:lang w:val="el-GR"/>
        </w:rPr>
      </w:pPr>
      <w:r w:rsidRPr="003A5B95">
        <w:rPr>
          <w:b/>
          <w:color w:val="990018"/>
          <w:sz w:val="24"/>
          <w:lang w:val="el-GR"/>
        </w:rPr>
        <w:t>στο Θέατρο Αλκμήνη</w:t>
      </w:r>
    </w:p>
    <w:p w14:paraId="0C8764DD" w14:textId="77777777" w:rsidR="003B78FE" w:rsidRPr="003A5B95" w:rsidRDefault="00E34A97">
      <w:pPr>
        <w:spacing w:after="160" w:line="283" w:lineRule="auto"/>
        <w:rPr>
          <w:lang w:val="el-GR"/>
        </w:rPr>
      </w:pPr>
      <w:r w:rsidRPr="003A5B95">
        <w:rPr>
          <w:b/>
          <w:lang w:val="el-GR"/>
        </w:rPr>
        <w:t>Από 16 Οκτωβρίου | Κάθε Παρασκευή στις 21:15 | Για περιορισμένο αριθμό παραστάσεων</w:t>
      </w:r>
    </w:p>
    <w:p w14:paraId="41351893" w14:textId="77777777" w:rsidR="003B78FE" w:rsidRDefault="00E34A97">
      <w:pPr>
        <w:jc w:val="center"/>
      </w:pPr>
      <w:r>
        <w:rPr>
          <w:noProof/>
        </w:rPr>
        <w:drawing>
          <wp:inline distT="0" distB="0" distL="0" distR="0" wp14:anchorId="2BC99D76" wp14:editId="70AA8C9C">
            <wp:extent cx="6264000" cy="6264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gki_poster_clean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64000" cy="62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C9246" w14:textId="6D2794E0" w:rsidR="003B78FE" w:rsidRPr="003A5B95" w:rsidRDefault="00E34A97" w:rsidP="001756DD">
      <w:pPr>
        <w:spacing w:after="120" w:line="283" w:lineRule="auto"/>
        <w:jc w:val="center"/>
        <w:rPr>
          <w:lang w:val="el-GR"/>
        </w:rPr>
      </w:pPr>
      <w:r w:rsidRPr="003A5B95">
        <w:rPr>
          <w:b/>
          <w:lang w:val="el-GR"/>
        </w:rPr>
        <w:t>Ένας πυροβολισμός.</w:t>
      </w:r>
    </w:p>
    <w:p w14:paraId="70845D38" w14:textId="29D50B84" w:rsidR="003B78FE" w:rsidRPr="003A5B95" w:rsidRDefault="00E34A97" w:rsidP="001756DD">
      <w:pPr>
        <w:spacing w:after="120" w:line="283" w:lineRule="auto"/>
        <w:jc w:val="center"/>
        <w:rPr>
          <w:lang w:val="el-GR"/>
        </w:rPr>
      </w:pPr>
      <w:r w:rsidRPr="003A5B95">
        <w:rPr>
          <w:b/>
          <w:lang w:val="el-GR"/>
        </w:rPr>
        <w:t>Δύο ομολογίες.</w:t>
      </w:r>
    </w:p>
    <w:p w14:paraId="20F92CB9" w14:textId="2014D5AB" w:rsidR="003B78FE" w:rsidRPr="003A5B95" w:rsidRDefault="00E34A97" w:rsidP="001756DD">
      <w:pPr>
        <w:spacing w:after="120" w:line="283" w:lineRule="auto"/>
        <w:jc w:val="center"/>
        <w:rPr>
          <w:lang w:val="el-GR"/>
        </w:rPr>
      </w:pPr>
      <w:r w:rsidRPr="003A5B95">
        <w:rPr>
          <w:b/>
          <w:lang w:val="el-GR"/>
        </w:rPr>
        <w:t>Η υπόθεση μοιάζει κλειστή.</w:t>
      </w:r>
    </w:p>
    <w:p w14:paraId="123586F5" w14:textId="5A55D4E4" w:rsidR="003B78FE" w:rsidRPr="003A5B95" w:rsidRDefault="00E34A97" w:rsidP="001756DD">
      <w:pPr>
        <w:spacing w:after="120" w:line="283" w:lineRule="auto"/>
        <w:jc w:val="center"/>
        <w:rPr>
          <w:color w:val="8A0000"/>
          <w:lang w:val="el-GR"/>
        </w:rPr>
      </w:pPr>
      <w:r w:rsidRPr="003A5B95">
        <w:rPr>
          <w:b/>
          <w:color w:val="8A0000"/>
          <w:lang w:val="el-GR"/>
        </w:rPr>
        <w:lastRenderedPageBreak/>
        <w:t>Κι αν η πιο σημαντική στιγμή της ιστορίας ήταν εκείνη που κανείς δεν πρόσεξε;</w:t>
      </w:r>
    </w:p>
    <w:p w14:paraId="2A871F00" w14:textId="77777777" w:rsidR="003B78FE" w:rsidRPr="003A5B95" w:rsidRDefault="00E34A97">
      <w:pPr>
        <w:spacing w:after="120" w:line="283" w:lineRule="auto"/>
        <w:rPr>
          <w:lang w:val="el-GR"/>
        </w:rPr>
      </w:pPr>
      <w:r w:rsidRPr="003A5B95">
        <w:rPr>
          <w:lang w:val="el-GR"/>
        </w:rPr>
        <w:t xml:space="preserve">Το έργο της </w:t>
      </w:r>
      <w:proofErr w:type="spellStart"/>
      <w:r w:rsidRPr="003A5B95">
        <w:rPr>
          <w:b/>
          <w:lang w:val="el-GR"/>
        </w:rPr>
        <w:t>Σταύρης</w:t>
      </w:r>
      <w:proofErr w:type="spellEnd"/>
      <w:r w:rsidRPr="003A5B95">
        <w:rPr>
          <w:b/>
          <w:lang w:val="el-GR"/>
        </w:rPr>
        <w:t xml:space="preserve"> </w:t>
      </w:r>
      <w:proofErr w:type="spellStart"/>
      <w:r w:rsidRPr="003A5B95">
        <w:rPr>
          <w:b/>
          <w:lang w:val="el-GR"/>
        </w:rPr>
        <w:t>Ντουμάζιου</w:t>
      </w:r>
      <w:proofErr w:type="spellEnd"/>
      <w:r w:rsidRPr="003A5B95">
        <w:rPr>
          <w:lang w:val="el-GR"/>
        </w:rPr>
        <w:t xml:space="preserve"> «ΜΑΡΓΚΙ – Η ΥΠΟΘΕΣΗ ΚΟΚΚΙΝΕΣ ΤΟΥΛΙΠΕΣ» έρχεται από τις </w:t>
      </w:r>
      <w:r w:rsidRPr="003A5B95">
        <w:rPr>
          <w:b/>
          <w:lang w:val="el-GR"/>
        </w:rPr>
        <w:t>16 Οκτωβρίου στο Θέατρο Αλκμήνη</w:t>
      </w:r>
      <w:r w:rsidRPr="003A5B95">
        <w:rPr>
          <w:lang w:val="el-GR"/>
        </w:rPr>
        <w:t xml:space="preserve">, με τη </w:t>
      </w:r>
      <w:proofErr w:type="spellStart"/>
      <w:r w:rsidRPr="003A5B95">
        <w:rPr>
          <w:b/>
          <w:lang w:val="el-GR"/>
        </w:rPr>
        <w:t>Νεκτάρια</w:t>
      </w:r>
      <w:proofErr w:type="spellEnd"/>
      <w:r w:rsidRPr="003A5B95">
        <w:rPr>
          <w:b/>
          <w:lang w:val="el-GR"/>
        </w:rPr>
        <w:t xml:space="preserve"> Παναγιωτοπούλου</w:t>
      </w:r>
      <w:r w:rsidRPr="003A5B95">
        <w:rPr>
          <w:lang w:val="el-GR"/>
        </w:rPr>
        <w:t xml:space="preserve"> επί σκηνής, για περιορισμένο αριθμό παραστάσεων.</w:t>
      </w:r>
    </w:p>
    <w:p w14:paraId="1CBD0D1B" w14:textId="5C47EC81" w:rsidR="003B78FE" w:rsidRPr="003A5B95" w:rsidRDefault="00E34A97">
      <w:pPr>
        <w:spacing w:after="120" w:line="283" w:lineRule="auto"/>
        <w:rPr>
          <w:lang w:val="el-GR"/>
        </w:rPr>
      </w:pPr>
      <w:r w:rsidRPr="003A5B95">
        <w:rPr>
          <w:lang w:val="el-GR"/>
        </w:rPr>
        <w:t>Ένα καθηλωτικό ψυχολογικό δράμα μυστηρίου, γεμάτο ανατροπές, που εξερευνά τις σχέσεις εξουσίας, τη χειραγώγηση και τις αόρατες κληρονομιές που κουβαλάμε μέσα</w:t>
      </w:r>
      <w:r w:rsidR="003A5B95">
        <w:rPr>
          <w:lang w:val="el-GR"/>
        </w:rPr>
        <w:t>.</w:t>
      </w:r>
    </w:p>
    <w:p w14:paraId="1BAC90F0" w14:textId="77777777" w:rsidR="003B78FE" w:rsidRPr="003A5B95" w:rsidRDefault="00E34A97">
      <w:pPr>
        <w:spacing w:after="120" w:line="283" w:lineRule="auto"/>
        <w:rPr>
          <w:lang w:val="el-GR"/>
        </w:rPr>
      </w:pPr>
      <w:r w:rsidRPr="003A5B95">
        <w:rPr>
          <w:lang w:val="el-GR"/>
        </w:rPr>
        <w:t>Ένας έρωτας μετατρέπεται σε αίνιγμα.</w:t>
      </w:r>
    </w:p>
    <w:p w14:paraId="46410FA5" w14:textId="77777777" w:rsidR="003B78FE" w:rsidRPr="003A5B95" w:rsidRDefault="00E34A97">
      <w:pPr>
        <w:spacing w:after="120" w:line="283" w:lineRule="auto"/>
        <w:rPr>
          <w:lang w:val="el-GR"/>
        </w:rPr>
      </w:pPr>
      <w:r w:rsidRPr="003A5B95">
        <w:rPr>
          <w:lang w:val="el-GR"/>
        </w:rPr>
        <w:t xml:space="preserve">Πέντε χρόνια μετά τη γνωριμία της με τον Τζο, η </w:t>
      </w:r>
      <w:proofErr w:type="spellStart"/>
      <w:r w:rsidRPr="003A5B95">
        <w:rPr>
          <w:lang w:val="el-GR"/>
        </w:rPr>
        <w:t>Μάργκι</w:t>
      </w:r>
      <w:proofErr w:type="spellEnd"/>
      <w:r w:rsidRPr="003A5B95">
        <w:rPr>
          <w:lang w:val="el-GR"/>
        </w:rPr>
        <w:t xml:space="preserve"> προσπαθεί να καταλάβει τι απέγινε η ζωή που ονειρεύτηκε, επιστρέφοντας στο παρελθόν και αναζητώντας το σημείο όπου όλα άλλαξαν.</w:t>
      </w:r>
    </w:p>
    <w:p w14:paraId="4901F938" w14:textId="77777777" w:rsidR="003B78FE" w:rsidRPr="003A5B95" w:rsidRDefault="00E34A97">
      <w:pPr>
        <w:spacing w:after="120" w:line="283" w:lineRule="auto"/>
        <w:rPr>
          <w:lang w:val="el-GR"/>
        </w:rPr>
      </w:pPr>
      <w:r w:rsidRPr="003A5B95">
        <w:rPr>
          <w:lang w:val="el-GR"/>
        </w:rPr>
        <w:t>Ποιο ήταν το πρώτο σημάδι;</w:t>
      </w:r>
    </w:p>
    <w:p w14:paraId="6BC2AFBC" w14:textId="77777777" w:rsidR="003B78FE" w:rsidRPr="003A5B95" w:rsidRDefault="00E34A97">
      <w:pPr>
        <w:spacing w:after="120" w:line="283" w:lineRule="auto"/>
        <w:rPr>
          <w:lang w:val="el-GR"/>
        </w:rPr>
      </w:pPr>
      <w:r w:rsidRPr="003A5B95">
        <w:rPr>
          <w:lang w:val="el-GR"/>
        </w:rPr>
        <w:t>Πόσο καλά γνωρίζουμε τους ανθρώπους που αγαπάμε;</w:t>
      </w:r>
    </w:p>
    <w:p w14:paraId="26DCA9B2" w14:textId="77777777" w:rsidR="003B78FE" w:rsidRPr="003A5B95" w:rsidRDefault="00E34A97">
      <w:pPr>
        <w:spacing w:after="120" w:line="283" w:lineRule="auto"/>
        <w:rPr>
          <w:lang w:val="el-GR"/>
        </w:rPr>
      </w:pPr>
      <w:r w:rsidRPr="003A5B95">
        <w:rPr>
          <w:lang w:val="el-GR"/>
        </w:rPr>
        <w:t>Όσα κάποτε έμοιαζαν αθώα αποκτούν σταδιακά διαφορετικό βάρος.</w:t>
      </w:r>
    </w:p>
    <w:p w14:paraId="7A66E8CD" w14:textId="77777777" w:rsidR="003B78FE" w:rsidRPr="003A5B95" w:rsidRDefault="00E34A97">
      <w:pPr>
        <w:spacing w:after="120" w:line="283" w:lineRule="auto"/>
        <w:rPr>
          <w:lang w:val="el-GR"/>
        </w:rPr>
      </w:pPr>
      <w:r w:rsidRPr="003A5B95">
        <w:rPr>
          <w:lang w:val="el-GR"/>
        </w:rPr>
        <w:t xml:space="preserve">Καθώς η </w:t>
      </w:r>
      <w:proofErr w:type="spellStart"/>
      <w:r w:rsidRPr="003A5B95">
        <w:rPr>
          <w:lang w:val="el-GR"/>
        </w:rPr>
        <w:t>Μάργκι</w:t>
      </w:r>
      <w:proofErr w:type="spellEnd"/>
      <w:r w:rsidRPr="003A5B95">
        <w:rPr>
          <w:lang w:val="el-GR"/>
        </w:rPr>
        <w:t xml:space="preserve"> επιστρέφει στο παρελθόν της, αποκαλύπτεται κάτι βαθύτερο από την ιστορία ενός έρωτα: ένας κύκλος που περνά από γενιά σε γενιά, ζητώντας πάντα το ίδιο τίμημα.</w:t>
      </w:r>
    </w:p>
    <w:p w14:paraId="58FE0A31" w14:textId="77777777" w:rsidR="003B78FE" w:rsidRPr="003A5B95" w:rsidRDefault="00E34A97">
      <w:pPr>
        <w:spacing w:after="120" w:line="283" w:lineRule="auto"/>
        <w:rPr>
          <w:lang w:val="el-GR"/>
        </w:rPr>
      </w:pPr>
      <w:r w:rsidRPr="003A5B95">
        <w:rPr>
          <w:lang w:val="el-GR"/>
        </w:rPr>
        <w:t>Πότε αρχίζει πραγματικά μια ζωή να ανήκει σε εκείνον που τη ζει;</w:t>
      </w:r>
    </w:p>
    <w:p w14:paraId="24D9CE3F" w14:textId="77777777" w:rsidR="003B78FE" w:rsidRPr="003A5B95" w:rsidRDefault="00E34A97">
      <w:pPr>
        <w:spacing w:after="120" w:line="283" w:lineRule="auto"/>
        <w:rPr>
          <w:lang w:val="el-GR"/>
        </w:rPr>
      </w:pPr>
      <w:r w:rsidRPr="003A5B95">
        <w:rPr>
          <w:lang w:val="el-GR"/>
        </w:rPr>
        <w:t>Θα επαναλάβει την ιστορία που της παραδόθηκε ή θα βρει τη δύναμη να τη διακόψει;</w:t>
      </w:r>
    </w:p>
    <w:p w14:paraId="52CA1590" w14:textId="77777777" w:rsidR="003B78FE" w:rsidRPr="003A5B95" w:rsidRDefault="00E34A97">
      <w:pPr>
        <w:spacing w:after="120" w:line="283" w:lineRule="auto"/>
        <w:rPr>
          <w:lang w:val="el-GR"/>
        </w:rPr>
      </w:pPr>
      <w:r w:rsidRPr="003A5B95">
        <w:rPr>
          <w:b/>
          <w:lang w:val="el-GR"/>
        </w:rPr>
        <w:t>Γιατί μερικές φορές η πιο δύσκολη απόδραση δεν είναι από έναν άνθρωπο.</w:t>
      </w:r>
    </w:p>
    <w:p w14:paraId="2DAA0483" w14:textId="77777777" w:rsidR="003B78FE" w:rsidRPr="003A5B95" w:rsidRDefault="00E34A97">
      <w:pPr>
        <w:spacing w:after="120" w:line="283" w:lineRule="auto"/>
        <w:rPr>
          <w:lang w:val="el-GR"/>
        </w:rPr>
      </w:pPr>
      <w:r w:rsidRPr="003A5B95">
        <w:rPr>
          <w:b/>
          <w:lang w:val="el-GR"/>
        </w:rPr>
        <w:t>Είναι από την ιστορία που έχεις μάθει να λες στον εαυτό σου.</w:t>
      </w:r>
    </w:p>
    <w:p w14:paraId="6E7BEF34" w14:textId="77777777" w:rsidR="003B78FE" w:rsidRPr="003A5B95" w:rsidRDefault="00E34A97">
      <w:pPr>
        <w:spacing w:after="120" w:line="283" w:lineRule="auto"/>
        <w:rPr>
          <w:lang w:val="el-GR"/>
        </w:rPr>
      </w:pPr>
      <w:r w:rsidRPr="003A5B95">
        <w:rPr>
          <w:b/>
          <w:color w:val="990018"/>
          <w:sz w:val="26"/>
          <w:lang w:val="el-GR"/>
        </w:rPr>
        <w:t>ΣΥΝΤΕΛΕΣΤΕΣ</w:t>
      </w:r>
    </w:p>
    <w:p w14:paraId="23948106" w14:textId="77777777" w:rsidR="003B78FE" w:rsidRPr="003A5B95" w:rsidRDefault="00E34A97">
      <w:pPr>
        <w:spacing w:after="60" w:line="264" w:lineRule="auto"/>
        <w:rPr>
          <w:lang w:val="el-GR"/>
        </w:rPr>
      </w:pPr>
      <w:r w:rsidRPr="003A5B95">
        <w:rPr>
          <w:b/>
          <w:sz w:val="21"/>
          <w:lang w:val="el-GR"/>
        </w:rPr>
        <w:t xml:space="preserve">Κείμενο – Σκηνοθεσία: </w:t>
      </w:r>
      <w:proofErr w:type="spellStart"/>
      <w:r w:rsidRPr="003A5B95">
        <w:rPr>
          <w:sz w:val="21"/>
          <w:lang w:val="el-GR"/>
        </w:rPr>
        <w:t>Σταύρη</w:t>
      </w:r>
      <w:proofErr w:type="spellEnd"/>
      <w:r w:rsidRPr="003A5B95">
        <w:rPr>
          <w:sz w:val="21"/>
          <w:lang w:val="el-GR"/>
        </w:rPr>
        <w:t xml:space="preserve"> </w:t>
      </w:r>
      <w:proofErr w:type="spellStart"/>
      <w:r w:rsidRPr="003A5B95">
        <w:rPr>
          <w:sz w:val="21"/>
          <w:lang w:val="el-GR"/>
        </w:rPr>
        <w:t>Ντουμάζιου</w:t>
      </w:r>
      <w:proofErr w:type="spellEnd"/>
    </w:p>
    <w:p w14:paraId="132682A6" w14:textId="77777777" w:rsidR="003B78FE" w:rsidRPr="003A5B95" w:rsidRDefault="00E34A97">
      <w:pPr>
        <w:spacing w:after="60" w:line="264" w:lineRule="auto"/>
        <w:rPr>
          <w:lang w:val="el-GR"/>
        </w:rPr>
      </w:pPr>
      <w:r w:rsidRPr="003A5B95">
        <w:rPr>
          <w:b/>
          <w:sz w:val="21"/>
          <w:lang w:val="el-GR"/>
        </w:rPr>
        <w:t xml:space="preserve">Ερμηνεία: </w:t>
      </w:r>
      <w:proofErr w:type="spellStart"/>
      <w:r w:rsidRPr="003A5B95">
        <w:rPr>
          <w:sz w:val="21"/>
          <w:lang w:val="el-GR"/>
        </w:rPr>
        <w:t>Νεκτάρια</w:t>
      </w:r>
      <w:proofErr w:type="spellEnd"/>
      <w:r w:rsidRPr="003A5B95">
        <w:rPr>
          <w:sz w:val="21"/>
          <w:lang w:val="el-GR"/>
        </w:rPr>
        <w:t xml:space="preserve"> Παναγιωτοπούλου</w:t>
      </w:r>
    </w:p>
    <w:p w14:paraId="476EC803" w14:textId="77777777" w:rsidR="003B78FE" w:rsidRPr="003A5B95" w:rsidRDefault="00E34A97">
      <w:pPr>
        <w:spacing w:after="60" w:line="264" w:lineRule="auto"/>
        <w:rPr>
          <w:lang w:val="el-GR"/>
        </w:rPr>
      </w:pPr>
      <w:r w:rsidRPr="003A5B95">
        <w:rPr>
          <w:b/>
          <w:sz w:val="21"/>
          <w:lang w:val="el-GR"/>
        </w:rPr>
        <w:t xml:space="preserve">Καλλιτεχνικοί σύμβουλοι: </w:t>
      </w:r>
      <w:r w:rsidRPr="003A5B95">
        <w:rPr>
          <w:sz w:val="21"/>
          <w:lang w:val="el-GR"/>
        </w:rPr>
        <w:t xml:space="preserve">Δημήτρης Βαρβαρήγος, </w:t>
      </w:r>
      <w:proofErr w:type="spellStart"/>
      <w:r w:rsidRPr="003A5B95">
        <w:rPr>
          <w:sz w:val="21"/>
          <w:lang w:val="el-GR"/>
        </w:rPr>
        <w:t>Πάντυ</w:t>
      </w:r>
      <w:proofErr w:type="spellEnd"/>
      <w:r w:rsidRPr="003A5B95">
        <w:rPr>
          <w:sz w:val="21"/>
          <w:lang w:val="el-GR"/>
        </w:rPr>
        <w:t xml:space="preserve"> </w:t>
      </w:r>
      <w:proofErr w:type="spellStart"/>
      <w:r w:rsidRPr="003A5B95">
        <w:rPr>
          <w:sz w:val="21"/>
          <w:lang w:val="el-GR"/>
        </w:rPr>
        <w:t>Ντουμάζιου</w:t>
      </w:r>
      <w:proofErr w:type="spellEnd"/>
    </w:p>
    <w:p w14:paraId="7FFBED48" w14:textId="77777777" w:rsidR="003B78FE" w:rsidRPr="003A5B95" w:rsidRDefault="00E34A97">
      <w:pPr>
        <w:spacing w:after="60" w:line="264" w:lineRule="auto"/>
        <w:rPr>
          <w:lang w:val="el-GR"/>
        </w:rPr>
      </w:pPr>
      <w:r w:rsidRPr="003A5B95">
        <w:rPr>
          <w:b/>
          <w:sz w:val="21"/>
          <w:lang w:val="el-GR"/>
        </w:rPr>
        <w:t xml:space="preserve">Σχεδιασμός φωτισμού: </w:t>
      </w:r>
      <w:r w:rsidRPr="003A5B95">
        <w:rPr>
          <w:sz w:val="21"/>
          <w:lang w:val="el-GR"/>
        </w:rPr>
        <w:t xml:space="preserve">Μανώλης </w:t>
      </w:r>
      <w:proofErr w:type="spellStart"/>
      <w:r w:rsidRPr="003A5B95">
        <w:rPr>
          <w:sz w:val="21"/>
          <w:lang w:val="el-GR"/>
        </w:rPr>
        <w:t>Μπράτσης</w:t>
      </w:r>
      <w:proofErr w:type="spellEnd"/>
    </w:p>
    <w:p w14:paraId="7ECAED52" w14:textId="77777777" w:rsidR="003B78FE" w:rsidRPr="003A5B95" w:rsidRDefault="00E34A97">
      <w:pPr>
        <w:spacing w:after="60" w:line="264" w:lineRule="auto"/>
        <w:rPr>
          <w:lang w:val="el-GR"/>
        </w:rPr>
      </w:pPr>
      <w:r w:rsidRPr="003A5B95">
        <w:rPr>
          <w:b/>
          <w:sz w:val="21"/>
          <w:lang w:val="el-GR"/>
        </w:rPr>
        <w:t xml:space="preserve">Μουσική επιμέλεια – Σκηνικά: </w:t>
      </w:r>
      <w:proofErr w:type="spellStart"/>
      <w:r w:rsidRPr="003A5B95">
        <w:rPr>
          <w:sz w:val="21"/>
          <w:lang w:val="el-GR"/>
        </w:rPr>
        <w:t>Σταύρη</w:t>
      </w:r>
      <w:proofErr w:type="spellEnd"/>
      <w:r w:rsidRPr="003A5B95">
        <w:rPr>
          <w:sz w:val="21"/>
          <w:lang w:val="el-GR"/>
        </w:rPr>
        <w:t xml:space="preserve"> </w:t>
      </w:r>
      <w:proofErr w:type="spellStart"/>
      <w:r w:rsidRPr="003A5B95">
        <w:rPr>
          <w:sz w:val="21"/>
          <w:lang w:val="el-GR"/>
        </w:rPr>
        <w:t>Ντουμάζιου</w:t>
      </w:r>
      <w:proofErr w:type="spellEnd"/>
    </w:p>
    <w:p w14:paraId="49FF60E5" w14:textId="77777777" w:rsidR="003B78FE" w:rsidRPr="003A5B95" w:rsidRDefault="00E34A97">
      <w:pPr>
        <w:spacing w:after="60" w:line="264" w:lineRule="auto"/>
        <w:rPr>
          <w:lang w:val="el-GR"/>
        </w:rPr>
      </w:pPr>
      <w:r w:rsidRPr="003A5B95">
        <w:rPr>
          <w:b/>
          <w:sz w:val="21"/>
          <w:lang w:val="el-GR"/>
        </w:rPr>
        <w:t xml:space="preserve">Επεξεργασία ήχου – Ηχογράφηση: </w:t>
      </w:r>
      <w:r>
        <w:rPr>
          <w:sz w:val="21"/>
        </w:rPr>
        <w:t>Studio</w:t>
      </w:r>
      <w:r w:rsidRPr="003A5B95">
        <w:rPr>
          <w:sz w:val="21"/>
          <w:lang w:val="el-GR"/>
        </w:rPr>
        <w:t xml:space="preserve"> </w:t>
      </w:r>
      <w:proofErr w:type="spellStart"/>
      <w:r>
        <w:rPr>
          <w:sz w:val="21"/>
        </w:rPr>
        <w:t>eNCORE</w:t>
      </w:r>
      <w:proofErr w:type="spellEnd"/>
    </w:p>
    <w:p w14:paraId="6534FFA4" w14:textId="77777777" w:rsidR="003B78FE" w:rsidRPr="003A5B95" w:rsidRDefault="00E34A97">
      <w:pPr>
        <w:spacing w:after="60" w:line="264" w:lineRule="auto"/>
        <w:rPr>
          <w:lang w:val="el-GR"/>
        </w:rPr>
      </w:pPr>
      <w:r w:rsidRPr="003A5B95">
        <w:rPr>
          <w:b/>
          <w:sz w:val="21"/>
          <w:lang w:val="el-GR"/>
        </w:rPr>
        <w:t xml:space="preserve">Κινησιολογία: </w:t>
      </w:r>
      <w:proofErr w:type="spellStart"/>
      <w:r w:rsidRPr="003A5B95">
        <w:rPr>
          <w:sz w:val="21"/>
          <w:lang w:val="el-GR"/>
        </w:rPr>
        <w:t>Πάντυ</w:t>
      </w:r>
      <w:proofErr w:type="spellEnd"/>
      <w:r w:rsidRPr="003A5B95">
        <w:rPr>
          <w:sz w:val="21"/>
          <w:lang w:val="el-GR"/>
        </w:rPr>
        <w:t xml:space="preserve"> </w:t>
      </w:r>
      <w:proofErr w:type="spellStart"/>
      <w:r w:rsidRPr="003A5B95">
        <w:rPr>
          <w:sz w:val="21"/>
          <w:lang w:val="el-GR"/>
        </w:rPr>
        <w:t>Ντουμάζιου</w:t>
      </w:r>
      <w:proofErr w:type="spellEnd"/>
    </w:p>
    <w:p w14:paraId="3D40173C" w14:textId="77777777" w:rsidR="003B78FE" w:rsidRPr="003A5B95" w:rsidRDefault="00E34A97">
      <w:pPr>
        <w:spacing w:after="60" w:line="264" w:lineRule="auto"/>
        <w:rPr>
          <w:lang w:val="el-GR"/>
        </w:rPr>
      </w:pPr>
      <w:r w:rsidRPr="003A5B95">
        <w:rPr>
          <w:b/>
          <w:sz w:val="21"/>
          <w:lang w:val="el-GR"/>
        </w:rPr>
        <w:t xml:space="preserve">Φωτογραφία: </w:t>
      </w:r>
      <w:r w:rsidRPr="003A5B95">
        <w:rPr>
          <w:sz w:val="21"/>
          <w:lang w:val="el-GR"/>
        </w:rPr>
        <w:t>Νίκος Ζαχαρόπουλος</w:t>
      </w:r>
    </w:p>
    <w:p w14:paraId="5EC83EC6" w14:textId="77777777" w:rsidR="003B78FE" w:rsidRPr="003A5B95" w:rsidRDefault="00E34A97">
      <w:pPr>
        <w:spacing w:after="60" w:line="264" w:lineRule="auto"/>
        <w:rPr>
          <w:lang w:val="el-GR"/>
        </w:rPr>
      </w:pPr>
      <w:r w:rsidRPr="003A5B95">
        <w:rPr>
          <w:b/>
          <w:sz w:val="21"/>
          <w:lang w:val="el-GR"/>
        </w:rPr>
        <w:t xml:space="preserve">Βοηθός φωτογράφου: </w:t>
      </w:r>
      <w:r w:rsidRPr="003A5B95">
        <w:rPr>
          <w:sz w:val="21"/>
          <w:lang w:val="el-GR"/>
        </w:rPr>
        <w:t xml:space="preserve">Όλγα </w:t>
      </w:r>
      <w:proofErr w:type="spellStart"/>
      <w:r w:rsidRPr="003A5B95">
        <w:rPr>
          <w:sz w:val="21"/>
          <w:lang w:val="el-GR"/>
        </w:rPr>
        <w:t>Ανδιάρη</w:t>
      </w:r>
      <w:proofErr w:type="spellEnd"/>
    </w:p>
    <w:p w14:paraId="431D13F0" w14:textId="77777777" w:rsidR="003B78FE" w:rsidRPr="003A5B95" w:rsidRDefault="00E34A97">
      <w:pPr>
        <w:spacing w:after="60" w:line="264" w:lineRule="auto"/>
        <w:rPr>
          <w:lang w:val="el-GR"/>
        </w:rPr>
      </w:pPr>
      <w:r w:rsidRPr="003A5B95">
        <w:rPr>
          <w:b/>
          <w:sz w:val="21"/>
          <w:lang w:val="el-GR"/>
        </w:rPr>
        <w:t xml:space="preserve">Γραφιστική επιμέλεια: </w:t>
      </w:r>
      <w:r>
        <w:rPr>
          <w:sz w:val="21"/>
        </w:rPr>
        <w:t>Mavrakis</w:t>
      </w:r>
      <w:r w:rsidRPr="003A5B95">
        <w:rPr>
          <w:sz w:val="21"/>
          <w:lang w:val="el-GR"/>
        </w:rPr>
        <w:t xml:space="preserve"> </w:t>
      </w:r>
      <w:r>
        <w:rPr>
          <w:sz w:val="21"/>
        </w:rPr>
        <w:t>Design</w:t>
      </w:r>
    </w:p>
    <w:p w14:paraId="4D92A824" w14:textId="77777777" w:rsidR="003B78FE" w:rsidRPr="003A5B95" w:rsidRDefault="00E34A97">
      <w:pPr>
        <w:spacing w:after="60" w:line="264" w:lineRule="auto"/>
        <w:rPr>
          <w:lang w:val="el-GR"/>
        </w:rPr>
      </w:pPr>
      <w:r w:rsidRPr="003A5B95">
        <w:rPr>
          <w:b/>
          <w:sz w:val="21"/>
          <w:lang w:val="el-GR"/>
        </w:rPr>
        <w:t xml:space="preserve">Παραγωγή: </w:t>
      </w:r>
      <w:r w:rsidRPr="003A5B95">
        <w:rPr>
          <w:sz w:val="21"/>
          <w:lang w:val="el-GR"/>
        </w:rPr>
        <w:t>ΜΑΝΤΑΜ ΣΑΡΔΑΜ</w:t>
      </w:r>
    </w:p>
    <w:p w14:paraId="0E4951A3" w14:textId="77777777" w:rsidR="003B78FE" w:rsidRPr="003A5B95" w:rsidRDefault="00E34A97">
      <w:pPr>
        <w:spacing w:after="120" w:line="283" w:lineRule="auto"/>
        <w:rPr>
          <w:lang w:val="el-GR"/>
        </w:rPr>
      </w:pPr>
      <w:r w:rsidRPr="003A5B95">
        <w:rPr>
          <w:b/>
          <w:color w:val="990018"/>
          <w:sz w:val="26"/>
          <w:lang w:val="el-GR"/>
        </w:rPr>
        <w:t>ΠΛΗΡΟΦΟΡΙΕΣ ΠΑΡΑΣΤΑΣΗΣ</w:t>
      </w:r>
    </w:p>
    <w:p w14:paraId="2DCD848D" w14:textId="77777777" w:rsidR="003B78FE" w:rsidRPr="003A5B95" w:rsidRDefault="00E34A97">
      <w:pPr>
        <w:spacing w:after="60" w:line="283" w:lineRule="auto"/>
        <w:rPr>
          <w:lang w:val="el-GR"/>
        </w:rPr>
      </w:pPr>
      <w:r w:rsidRPr="003A5B95">
        <w:rPr>
          <w:b/>
          <w:sz w:val="21"/>
          <w:lang w:val="el-GR"/>
        </w:rPr>
        <w:t>ΜΑΡΓΚΙ – Η ΥΠΟΘΕΣΗ ΚΟΚΚΙΝΕΣ ΤΟΥΛΙΠΕΣ</w:t>
      </w:r>
    </w:p>
    <w:p w14:paraId="4062E0C0" w14:textId="77777777" w:rsidR="003B78FE" w:rsidRPr="003A5B95" w:rsidRDefault="00E34A97">
      <w:pPr>
        <w:spacing w:after="60" w:line="264" w:lineRule="auto"/>
        <w:rPr>
          <w:lang w:val="el-GR"/>
        </w:rPr>
      </w:pPr>
      <w:r w:rsidRPr="003A5B95">
        <w:rPr>
          <w:b/>
          <w:sz w:val="21"/>
          <w:lang w:val="el-GR"/>
        </w:rPr>
        <w:t xml:space="preserve">Από: </w:t>
      </w:r>
      <w:r w:rsidRPr="003A5B95">
        <w:rPr>
          <w:sz w:val="21"/>
          <w:lang w:val="el-GR"/>
        </w:rPr>
        <w:t>16 Οκτωβρίου</w:t>
      </w:r>
    </w:p>
    <w:p w14:paraId="2C550330" w14:textId="77777777" w:rsidR="003B78FE" w:rsidRPr="003A5B95" w:rsidRDefault="00E34A97">
      <w:pPr>
        <w:spacing w:after="60" w:line="264" w:lineRule="auto"/>
        <w:rPr>
          <w:lang w:val="el-GR"/>
        </w:rPr>
      </w:pPr>
      <w:r w:rsidRPr="003A5B95">
        <w:rPr>
          <w:b/>
          <w:sz w:val="21"/>
          <w:lang w:val="el-GR"/>
        </w:rPr>
        <w:t xml:space="preserve">Ημέρα &amp; ώρα: </w:t>
      </w:r>
      <w:r w:rsidRPr="003A5B95">
        <w:rPr>
          <w:sz w:val="21"/>
          <w:lang w:val="el-GR"/>
        </w:rPr>
        <w:t>Κάθε Παρασκευή στις 21:15</w:t>
      </w:r>
    </w:p>
    <w:p w14:paraId="54680F52" w14:textId="77777777" w:rsidR="003B78FE" w:rsidRPr="003A5B95" w:rsidRDefault="00E34A97">
      <w:pPr>
        <w:spacing w:after="60" w:line="264" w:lineRule="auto"/>
        <w:rPr>
          <w:lang w:val="el-GR"/>
        </w:rPr>
      </w:pPr>
      <w:r w:rsidRPr="003A5B95">
        <w:rPr>
          <w:b/>
          <w:sz w:val="21"/>
          <w:lang w:val="el-GR"/>
        </w:rPr>
        <w:t xml:space="preserve">Θέατρο: </w:t>
      </w:r>
      <w:r w:rsidRPr="003A5B95">
        <w:rPr>
          <w:sz w:val="21"/>
          <w:lang w:val="el-GR"/>
        </w:rPr>
        <w:t>ΑΛΚΜΗΝΗ</w:t>
      </w:r>
    </w:p>
    <w:p w14:paraId="3720902F" w14:textId="77777777" w:rsidR="003B78FE" w:rsidRPr="003A5B95" w:rsidRDefault="00E34A97">
      <w:pPr>
        <w:spacing w:after="60" w:line="264" w:lineRule="auto"/>
        <w:rPr>
          <w:lang w:val="el-GR"/>
        </w:rPr>
      </w:pPr>
      <w:r w:rsidRPr="003A5B95">
        <w:rPr>
          <w:b/>
          <w:sz w:val="21"/>
          <w:lang w:val="el-GR"/>
        </w:rPr>
        <w:t xml:space="preserve">Διάρκεια: </w:t>
      </w:r>
      <w:r w:rsidRPr="003A5B95">
        <w:rPr>
          <w:sz w:val="21"/>
          <w:lang w:val="el-GR"/>
        </w:rPr>
        <w:t>70 λεπτά</w:t>
      </w:r>
    </w:p>
    <w:p w14:paraId="77483B47" w14:textId="77777777" w:rsidR="003B78FE" w:rsidRPr="003A5B95" w:rsidRDefault="00E34A97">
      <w:pPr>
        <w:spacing w:after="60" w:line="264" w:lineRule="auto"/>
        <w:rPr>
          <w:lang w:val="el-GR"/>
        </w:rPr>
      </w:pPr>
      <w:r w:rsidRPr="003A5B95">
        <w:rPr>
          <w:b/>
          <w:sz w:val="21"/>
          <w:lang w:val="el-GR"/>
        </w:rPr>
        <w:t xml:space="preserve">Παραστάσεις: </w:t>
      </w:r>
      <w:r w:rsidRPr="003A5B95">
        <w:rPr>
          <w:sz w:val="21"/>
          <w:lang w:val="el-GR"/>
        </w:rPr>
        <w:t>Για περιορισμένο αριθμό παραστάσεων</w:t>
      </w:r>
    </w:p>
    <w:p w14:paraId="29171BB0" w14:textId="77777777" w:rsidR="003B78FE" w:rsidRPr="003A5B95" w:rsidRDefault="00E34A97">
      <w:pPr>
        <w:spacing w:after="60" w:line="264" w:lineRule="auto"/>
        <w:rPr>
          <w:lang w:val="el-GR"/>
        </w:rPr>
      </w:pPr>
      <w:r w:rsidRPr="003A5B95">
        <w:rPr>
          <w:b/>
          <w:sz w:val="21"/>
          <w:lang w:val="el-GR"/>
        </w:rPr>
        <w:t xml:space="preserve">Εισιτήρια: </w:t>
      </w:r>
      <w:r w:rsidRPr="003A5B95">
        <w:rPr>
          <w:sz w:val="21"/>
          <w:lang w:val="el-GR"/>
        </w:rPr>
        <w:t>10€–13€</w:t>
      </w:r>
    </w:p>
    <w:p w14:paraId="768E0361" w14:textId="77777777" w:rsidR="003B78FE" w:rsidRPr="003A5B95" w:rsidRDefault="00E34A97">
      <w:pPr>
        <w:spacing w:after="120" w:line="283" w:lineRule="auto"/>
        <w:rPr>
          <w:lang w:val="el-GR"/>
        </w:rPr>
      </w:pPr>
      <w:r w:rsidRPr="003A5B95">
        <w:rPr>
          <w:b/>
          <w:color w:val="990018"/>
          <w:sz w:val="26"/>
          <w:lang w:val="el-GR"/>
        </w:rPr>
        <w:lastRenderedPageBreak/>
        <w:t>ΠΡΟΣΦΟΡΑ ΠΡΟΠΩΛΗΣΗΣ</w:t>
      </w:r>
    </w:p>
    <w:p w14:paraId="41249547" w14:textId="77777777" w:rsidR="003B78FE" w:rsidRDefault="00E34A97">
      <w:pPr>
        <w:spacing w:after="80" w:line="283" w:lineRule="auto"/>
        <w:rPr>
          <w:b/>
          <w:sz w:val="21"/>
          <w:lang w:val="el-GR"/>
        </w:rPr>
      </w:pPr>
      <w:r w:rsidRPr="003A5B95">
        <w:rPr>
          <w:b/>
          <w:sz w:val="21"/>
          <w:lang w:val="el-GR"/>
        </w:rPr>
        <w:t>Εισιτήριο 10€ για αγορές έως 30/9</w:t>
      </w:r>
    </w:p>
    <w:p w14:paraId="6220E1DE" w14:textId="1662E81D" w:rsidR="003A5B95" w:rsidRPr="001756DD" w:rsidRDefault="003A5B95">
      <w:pPr>
        <w:spacing w:after="80" w:line="283" w:lineRule="auto"/>
        <w:rPr>
          <w:lang w:val="el-GR"/>
        </w:rPr>
      </w:pPr>
      <w:r>
        <w:rPr>
          <w:b/>
          <w:sz w:val="21"/>
          <w:lang w:val="el-GR"/>
        </w:rPr>
        <w:t>Προπώληση</w:t>
      </w:r>
      <w:r w:rsidRPr="003A5B95">
        <w:rPr>
          <w:b/>
          <w:sz w:val="21"/>
          <w:lang w:val="el-GR"/>
        </w:rPr>
        <w:t>:</w:t>
      </w:r>
      <w:r w:rsidRPr="001756DD">
        <w:rPr>
          <w:b/>
          <w:sz w:val="21"/>
          <w:lang w:val="el-GR"/>
        </w:rPr>
        <w:t xml:space="preserve"> </w:t>
      </w:r>
      <w:r>
        <w:rPr>
          <w:b/>
          <w:sz w:val="21"/>
        </w:rPr>
        <w:t>more</w:t>
      </w:r>
      <w:r w:rsidRPr="001756DD">
        <w:rPr>
          <w:b/>
          <w:sz w:val="21"/>
          <w:lang w:val="el-GR"/>
        </w:rPr>
        <w:t>.</w:t>
      </w:r>
      <w:r>
        <w:rPr>
          <w:b/>
          <w:sz w:val="21"/>
        </w:rPr>
        <w:t>com</w:t>
      </w:r>
    </w:p>
    <w:p w14:paraId="337F9425" w14:textId="77777777" w:rsidR="003B78FE" w:rsidRPr="003A5B95" w:rsidRDefault="00E34A97">
      <w:pPr>
        <w:spacing w:after="60" w:line="264" w:lineRule="auto"/>
        <w:rPr>
          <w:lang w:val="el-GR"/>
        </w:rPr>
      </w:pPr>
      <w:r>
        <w:rPr>
          <w:b/>
          <w:sz w:val="21"/>
        </w:rPr>
        <w:t>Link</w:t>
      </w:r>
      <w:r w:rsidRPr="003A5B95">
        <w:rPr>
          <w:b/>
          <w:sz w:val="21"/>
          <w:lang w:val="el-GR"/>
        </w:rPr>
        <w:t xml:space="preserve"> προπώλησης: </w:t>
      </w:r>
      <w:r>
        <w:rPr>
          <w:sz w:val="21"/>
        </w:rPr>
        <w:t>https</w:t>
      </w:r>
      <w:r w:rsidRPr="003A5B95">
        <w:rPr>
          <w:sz w:val="21"/>
          <w:lang w:val="el-GR"/>
        </w:rPr>
        <w:t>://</w:t>
      </w:r>
      <w:r>
        <w:rPr>
          <w:sz w:val="21"/>
        </w:rPr>
        <w:t>www</w:t>
      </w:r>
      <w:r w:rsidRPr="003A5B95">
        <w:rPr>
          <w:sz w:val="21"/>
          <w:lang w:val="el-GR"/>
        </w:rPr>
        <w:t>.</w:t>
      </w:r>
      <w:r>
        <w:rPr>
          <w:sz w:val="21"/>
        </w:rPr>
        <w:t>more</w:t>
      </w:r>
      <w:r w:rsidRPr="003A5B95">
        <w:rPr>
          <w:sz w:val="21"/>
          <w:lang w:val="el-GR"/>
        </w:rPr>
        <w:t>.</w:t>
      </w:r>
      <w:r>
        <w:rPr>
          <w:sz w:val="21"/>
        </w:rPr>
        <w:t>com</w:t>
      </w:r>
      <w:r w:rsidRPr="003A5B95">
        <w:rPr>
          <w:sz w:val="21"/>
          <w:lang w:val="el-GR"/>
        </w:rPr>
        <w:t>/</w:t>
      </w:r>
      <w:r>
        <w:rPr>
          <w:sz w:val="21"/>
        </w:rPr>
        <w:t>gr</w:t>
      </w:r>
      <w:r w:rsidRPr="003A5B95">
        <w:rPr>
          <w:sz w:val="21"/>
          <w:lang w:val="el-GR"/>
        </w:rPr>
        <w:t>-</w:t>
      </w:r>
      <w:r>
        <w:rPr>
          <w:sz w:val="21"/>
        </w:rPr>
        <w:t>el</w:t>
      </w:r>
      <w:r w:rsidRPr="003A5B95">
        <w:rPr>
          <w:sz w:val="21"/>
          <w:lang w:val="el-GR"/>
        </w:rPr>
        <w:t>/</w:t>
      </w:r>
      <w:r>
        <w:rPr>
          <w:sz w:val="21"/>
        </w:rPr>
        <w:t>tickets</w:t>
      </w:r>
      <w:r w:rsidRPr="003A5B95">
        <w:rPr>
          <w:sz w:val="21"/>
          <w:lang w:val="el-GR"/>
        </w:rPr>
        <w:t>/</w:t>
      </w:r>
      <w:r>
        <w:rPr>
          <w:sz w:val="21"/>
        </w:rPr>
        <w:t>theater</w:t>
      </w:r>
      <w:r w:rsidRPr="003A5B95">
        <w:rPr>
          <w:sz w:val="21"/>
          <w:lang w:val="el-GR"/>
        </w:rPr>
        <w:t>/</w:t>
      </w:r>
      <w:proofErr w:type="spellStart"/>
      <w:r>
        <w:rPr>
          <w:sz w:val="21"/>
        </w:rPr>
        <w:t>margki</w:t>
      </w:r>
      <w:proofErr w:type="spellEnd"/>
      <w:r w:rsidRPr="003A5B95">
        <w:rPr>
          <w:sz w:val="21"/>
          <w:lang w:val="el-GR"/>
        </w:rPr>
        <w:t>-</w:t>
      </w:r>
      <w:proofErr w:type="spellStart"/>
      <w:r>
        <w:rPr>
          <w:sz w:val="21"/>
        </w:rPr>
        <w:t>i</w:t>
      </w:r>
      <w:proofErr w:type="spellEnd"/>
      <w:r w:rsidRPr="003A5B95">
        <w:rPr>
          <w:sz w:val="21"/>
          <w:lang w:val="el-GR"/>
        </w:rPr>
        <w:t>-</w:t>
      </w:r>
      <w:proofErr w:type="spellStart"/>
      <w:r>
        <w:rPr>
          <w:sz w:val="21"/>
        </w:rPr>
        <w:t>ypothesi</w:t>
      </w:r>
      <w:proofErr w:type="spellEnd"/>
      <w:r w:rsidRPr="003A5B95">
        <w:rPr>
          <w:sz w:val="21"/>
          <w:lang w:val="el-GR"/>
        </w:rPr>
        <w:t>-</w:t>
      </w:r>
      <w:proofErr w:type="spellStart"/>
      <w:r>
        <w:rPr>
          <w:sz w:val="21"/>
        </w:rPr>
        <w:t>kokkines</w:t>
      </w:r>
      <w:proofErr w:type="spellEnd"/>
      <w:r w:rsidRPr="003A5B95">
        <w:rPr>
          <w:sz w:val="21"/>
          <w:lang w:val="el-GR"/>
        </w:rPr>
        <w:t>-</w:t>
      </w:r>
      <w:proofErr w:type="spellStart"/>
      <w:r>
        <w:rPr>
          <w:sz w:val="21"/>
        </w:rPr>
        <w:t>toulipes</w:t>
      </w:r>
      <w:proofErr w:type="spellEnd"/>
      <w:r w:rsidRPr="003A5B95">
        <w:rPr>
          <w:sz w:val="21"/>
          <w:lang w:val="el-GR"/>
        </w:rPr>
        <w:t>/</w:t>
      </w:r>
    </w:p>
    <w:p w14:paraId="528AACAB" w14:textId="77777777" w:rsidR="003A5B95" w:rsidRPr="003A5B95" w:rsidRDefault="00E34A97" w:rsidP="003A5B95">
      <w:pPr>
        <w:spacing w:after="120" w:line="283" w:lineRule="auto"/>
        <w:rPr>
          <w:lang w:val="el-GR"/>
        </w:rPr>
      </w:pPr>
      <w:r w:rsidRPr="003A5B95">
        <w:rPr>
          <w:b/>
          <w:color w:val="990018"/>
          <w:sz w:val="26"/>
          <w:lang w:val="el-GR"/>
        </w:rPr>
        <w:t>ΕΠΙΚΟΙΝΩΝΙΑ – ΠΛΗΡΟΦΟΡΙΕΣ ΤΥΠΟΥ</w:t>
      </w:r>
    </w:p>
    <w:p w14:paraId="3381CB61" w14:textId="482BC754" w:rsidR="003B78FE" w:rsidRPr="003A5B95" w:rsidRDefault="00E34A97" w:rsidP="003A5B95">
      <w:pPr>
        <w:spacing w:after="120" w:line="283" w:lineRule="auto"/>
        <w:rPr>
          <w:lang w:val="el-GR"/>
        </w:rPr>
      </w:pPr>
      <w:r w:rsidRPr="003A5B95">
        <w:rPr>
          <w:sz w:val="21"/>
          <w:lang w:val="el-GR"/>
        </w:rPr>
        <w:t>Για συνεντεύξεις, φωτογραφικό υλικό και περισσότερες πληροφορίες:</w:t>
      </w:r>
    </w:p>
    <w:p w14:paraId="15640861" w14:textId="77777777" w:rsidR="003B78FE" w:rsidRPr="003A5B95" w:rsidRDefault="00E34A97">
      <w:pPr>
        <w:spacing w:after="60" w:line="264" w:lineRule="auto"/>
        <w:rPr>
          <w:lang w:val="el-GR"/>
        </w:rPr>
      </w:pPr>
      <w:r w:rsidRPr="003A5B95">
        <w:rPr>
          <w:b/>
          <w:sz w:val="21"/>
          <w:lang w:val="el-GR"/>
        </w:rPr>
        <w:t xml:space="preserve">Υπεύθυνη Επικοινωνίας: </w:t>
      </w:r>
      <w:proofErr w:type="spellStart"/>
      <w:r w:rsidRPr="003A5B95">
        <w:rPr>
          <w:sz w:val="21"/>
          <w:lang w:val="el-GR"/>
        </w:rPr>
        <w:t>Σταύρη</w:t>
      </w:r>
      <w:proofErr w:type="spellEnd"/>
      <w:r w:rsidRPr="003A5B95">
        <w:rPr>
          <w:sz w:val="21"/>
          <w:lang w:val="el-GR"/>
        </w:rPr>
        <w:t xml:space="preserve"> </w:t>
      </w:r>
      <w:proofErr w:type="spellStart"/>
      <w:r w:rsidRPr="003A5B95">
        <w:rPr>
          <w:sz w:val="21"/>
          <w:lang w:val="el-GR"/>
        </w:rPr>
        <w:t>Ντουμάζιου</w:t>
      </w:r>
      <w:proofErr w:type="spellEnd"/>
    </w:p>
    <w:p w14:paraId="39A2374C" w14:textId="77777777" w:rsidR="003B78FE" w:rsidRPr="003A5B95" w:rsidRDefault="00E34A97">
      <w:pPr>
        <w:spacing w:after="60" w:line="264" w:lineRule="auto"/>
        <w:rPr>
          <w:lang w:val="el-GR"/>
        </w:rPr>
      </w:pPr>
      <w:r>
        <w:rPr>
          <w:b/>
          <w:sz w:val="21"/>
        </w:rPr>
        <w:t>Email</w:t>
      </w:r>
      <w:r w:rsidRPr="003A5B95">
        <w:rPr>
          <w:b/>
          <w:sz w:val="21"/>
          <w:lang w:val="el-GR"/>
        </w:rPr>
        <w:t xml:space="preserve">: </w:t>
      </w:r>
      <w:proofErr w:type="spellStart"/>
      <w:r>
        <w:rPr>
          <w:sz w:val="21"/>
        </w:rPr>
        <w:t>stavridoumaziou</w:t>
      </w:r>
      <w:proofErr w:type="spellEnd"/>
      <w:r w:rsidRPr="003A5B95">
        <w:rPr>
          <w:sz w:val="21"/>
          <w:lang w:val="el-GR"/>
        </w:rPr>
        <w:t>@</w:t>
      </w:r>
      <w:proofErr w:type="spellStart"/>
      <w:r>
        <w:rPr>
          <w:sz w:val="21"/>
        </w:rPr>
        <w:t>gmail</w:t>
      </w:r>
      <w:proofErr w:type="spellEnd"/>
      <w:r w:rsidRPr="003A5B95">
        <w:rPr>
          <w:sz w:val="21"/>
          <w:lang w:val="el-GR"/>
        </w:rPr>
        <w:t>.</w:t>
      </w:r>
      <w:r>
        <w:rPr>
          <w:sz w:val="21"/>
        </w:rPr>
        <w:t>com</w:t>
      </w:r>
    </w:p>
    <w:p w14:paraId="1F303215" w14:textId="77777777" w:rsidR="003B78FE" w:rsidRDefault="00E34A97">
      <w:pPr>
        <w:spacing w:after="60" w:line="264" w:lineRule="auto"/>
      </w:pPr>
      <w:r>
        <w:rPr>
          <w:b/>
          <w:sz w:val="21"/>
        </w:rPr>
        <w:t xml:space="preserve">Instagram: </w:t>
      </w:r>
      <w:r>
        <w:rPr>
          <w:sz w:val="21"/>
        </w:rPr>
        <w:t>_</w:t>
      </w:r>
      <w:proofErr w:type="spellStart"/>
      <w:r>
        <w:rPr>
          <w:sz w:val="21"/>
        </w:rPr>
        <w:t>margi_theatro</w:t>
      </w:r>
      <w:proofErr w:type="spellEnd"/>
    </w:p>
    <w:p w14:paraId="16FE1072" w14:textId="273C9ABD" w:rsidR="003B78FE" w:rsidRPr="007F1084" w:rsidRDefault="00E34A97">
      <w:pPr>
        <w:spacing w:after="60" w:line="264" w:lineRule="auto"/>
        <w:rPr>
          <w:lang w:val="el-GR"/>
        </w:rPr>
      </w:pPr>
      <w:r>
        <w:rPr>
          <w:b/>
          <w:sz w:val="21"/>
        </w:rPr>
        <w:t xml:space="preserve">Facebook: </w:t>
      </w:r>
      <w:proofErr w:type="spellStart"/>
      <w:r>
        <w:rPr>
          <w:sz w:val="21"/>
        </w:rPr>
        <w:t>Mάργκι</w:t>
      </w:r>
      <w:proofErr w:type="spellEnd"/>
      <w:r w:rsidR="007F1084">
        <w:rPr>
          <w:sz w:val="21"/>
          <w:lang w:val="el-GR"/>
        </w:rPr>
        <w:t xml:space="preserve"> </w:t>
      </w:r>
    </w:p>
    <w:sectPr w:rsidR="003B78FE" w:rsidRPr="007F1084" w:rsidSect="00034616">
      <w:pgSz w:w="12240" w:h="15840"/>
      <w:pgMar w:top="79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9674744">
    <w:abstractNumId w:val="8"/>
  </w:num>
  <w:num w:numId="2" w16cid:durableId="1994328631">
    <w:abstractNumId w:val="6"/>
  </w:num>
  <w:num w:numId="3" w16cid:durableId="90784661">
    <w:abstractNumId w:val="5"/>
  </w:num>
  <w:num w:numId="4" w16cid:durableId="584992413">
    <w:abstractNumId w:val="4"/>
  </w:num>
  <w:num w:numId="5" w16cid:durableId="629479045">
    <w:abstractNumId w:val="7"/>
  </w:num>
  <w:num w:numId="6" w16cid:durableId="1071655895">
    <w:abstractNumId w:val="3"/>
  </w:num>
  <w:num w:numId="7" w16cid:durableId="1008411251">
    <w:abstractNumId w:val="2"/>
  </w:num>
  <w:num w:numId="8" w16cid:durableId="35356296">
    <w:abstractNumId w:val="1"/>
  </w:num>
  <w:num w:numId="9" w16cid:durableId="1358433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56DD"/>
    <w:rsid w:val="0029639D"/>
    <w:rsid w:val="00326F90"/>
    <w:rsid w:val="003A5B95"/>
    <w:rsid w:val="003B78FE"/>
    <w:rsid w:val="00577695"/>
    <w:rsid w:val="00754BC2"/>
    <w:rsid w:val="007F1084"/>
    <w:rsid w:val="00AA1D8D"/>
    <w:rsid w:val="00AE1BC9"/>
    <w:rsid w:val="00B47730"/>
    <w:rsid w:val="00C44F4F"/>
    <w:rsid w:val="00CB0664"/>
    <w:rsid w:val="00E34A97"/>
    <w:rsid w:val="00E532D8"/>
    <w:rsid w:val="00FC657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A8D708"/>
  <w14:defaultImageDpi w14:val="300"/>
  <w15:docId w15:val="{F116B10D-9E13-4194-862C-2970AD896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  <w:sz w:val="23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401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2026-09-05T19:05:00Z</dcterms:created>
  <dcterms:modified xsi:type="dcterms:W3CDTF">2026-09-20T19:25:00Z</dcterms:modified>
  <cp:category/>
</cp:coreProperties>
</file>